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טקסט עיוני, תחביר וטיעון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עיוני על חג הסיגד ולאתר בו מידע מרכזי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מילות קישור ותפקידן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טיעון קצר וממוקד בנושא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50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לעלות להר ולהתפלל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החג נולד במסורת של קהילת בית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מסורתית צמים בבוקר ולאחר הטקס עורכים סעודה חגיגית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מילות קישור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בגלל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מושגים ומשמעותם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(מנהיג דתי בקהילה)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(חמשת חומשי התורה בנוסח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(חלק מהטקס המסורתי)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(שבירת הצום לאחר התפילה)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מהלך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צום בבוקר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עלייה אל ההר עם הקסים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תפילה וקריאה מהאוריתא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ירידה מההר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בעבר: טקס דתי מסורתי סביב הר, צום ותפילה בהנהגת הקסים. היום: גם אירועים ציבוריים, חגיגות וחיבור בין המסורת לחיים בישראל.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50 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הנהגת הטקס, קריאה מהאוריתא, הובלת התפילה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מילת קישור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חגים המבטאים געגוע וזהות, ואז לעבור לטקסט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התחבירי כדאי להדגים על הלוח מילת קישור אחת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הטיעון מתאימה לעבודה בזוגות ולשיתוף קצר במליאה בסיום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טקסט עיוני, תחביר וטיעון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קריאה של טקסט עיוני על חג הסיגד, נתמקד במילות קישור המחברות בין רעיונות, ונכתוב טיעון קצר על חשיבות החג.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בגלל  ·  אבל  ·  כדי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חג הסיגד חל כמה ימים אחרי יום כיפור?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70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מוביל את טקס הסיגד המסורתי?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הרבנים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הקסים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השופטים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היה נהוג לעשות ביום הסיגד בעבר?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לעלות להר ולהתפלל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לצאת לטיול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לבנות סוכה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הסיגד הוא חג שמקורו בקהילת יהודי אתיופיה.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ביום הסיגד נהוג לצום עד הצהריים ואז לחגוג.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מילות קישור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בני הקהילה עלו אל ההר __________ להתפלל ולבקש חזרה לירושלים.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בעבר צמו עד הצהריים, __________ לאחר מכן ערכו סעודה חגיגית.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הסיגד נחגג מדי שנה, __________ חשיבותו הרבה לקהילה.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– מושגים ומשמעותם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שבירת הצום לאחר התפילה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אוריתא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מנהיג דתי בקהילה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עלייה להר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חמשת חומשי התורה בנוסח הקהילה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סעודה חגיגית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חלק מהטקס המסורתי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מהלך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תפילה וקריאה מהאוריתא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ירידה מההר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עלייה אל ההר עם הקסים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צום בבוקר החג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בשתי משפטים מה ההבדל בין אופן חגיגת הסיגד בעבר לבין האופן שבו הוא נחגג היום.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משך הזמן שבין יום כיפור לחג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תפקיד אחד של הקסים בטקס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 – טקסט עיוני, תחביר וטיעון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